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E577" w14:textId="70EA99E9" w:rsidR="001C2456" w:rsidRDefault="00A25BE3" w:rsidP="001E4E30">
      <w:pPr>
        <w:pStyle w:val="1"/>
        <w:spacing w:before="0"/>
        <w:jc w:val="center"/>
        <w:rPr>
          <w:lang w:eastAsia="ja-JP"/>
        </w:rPr>
      </w:pPr>
      <w:bookmarkStart w:id="0" w:name="_Hlk217046102"/>
      <w:r w:rsidRPr="590A0F7D">
        <w:rPr>
          <w:lang w:eastAsia="ja-JP"/>
        </w:rPr>
        <w:t>令和</w:t>
      </w:r>
      <w:r w:rsidR="00CD5D4A">
        <w:rPr>
          <w:rFonts w:hint="eastAsia"/>
          <w:lang w:eastAsia="ja-JP"/>
        </w:rPr>
        <w:t>８</w:t>
      </w:r>
      <w:r w:rsidRPr="590A0F7D">
        <w:rPr>
          <w:lang w:eastAsia="ja-JP"/>
        </w:rPr>
        <w:t>年度農業所得向上研修会　企業ブース</w:t>
      </w:r>
      <w:r w:rsidR="002E3863" w:rsidRPr="590A0F7D">
        <w:rPr>
          <w:lang w:eastAsia="ja-JP"/>
        </w:rPr>
        <w:t>申込</w:t>
      </w:r>
      <w:r w:rsidR="005C5447">
        <w:rPr>
          <w:rFonts w:hint="eastAsia"/>
          <w:lang w:eastAsia="ja-JP"/>
        </w:rPr>
        <w:t>について</w:t>
      </w:r>
    </w:p>
    <w:p w14:paraId="58C919FB" w14:textId="3459DCC1" w:rsidR="4635A6E8" w:rsidRDefault="4635A6E8" w:rsidP="590A0F7D">
      <w:pPr>
        <w:pStyle w:val="21"/>
        <w:spacing w:before="0"/>
        <w:rPr>
          <w:lang w:eastAsia="ja-JP"/>
        </w:rPr>
      </w:pPr>
      <w:r w:rsidRPr="590A0F7D">
        <w:rPr>
          <w:lang w:eastAsia="ja-JP"/>
        </w:rPr>
        <w:t>１</w:t>
      </w:r>
      <w:r w:rsidRPr="590A0F7D">
        <w:rPr>
          <w:lang w:eastAsia="ja-JP"/>
        </w:rPr>
        <w:t>.</w:t>
      </w:r>
      <w:r w:rsidRPr="590A0F7D">
        <w:rPr>
          <w:lang w:eastAsia="ja-JP"/>
        </w:rPr>
        <w:t>募集対象</w:t>
      </w:r>
    </w:p>
    <w:p w14:paraId="3A9C68DC" w14:textId="7DCA4FAB" w:rsidR="4635A6E8" w:rsidRDefault="4635A6E8" w:rsidP="009305C8">
      <w:pPr>
        <w:spacing w:after="120" w:line="240" w:lineRule="auto"/>
        <w:rPr>
          <w:lang w:eastAsia="ja-JP"/>
        </w:rPr>
      </w:pPr>
      <w:r>
        <w:rPr>
          <w:lang w:eastAsia="ja-JP"/>
        </w:rPr>
        <w:t xml:space="preserve">　・</w:t>
      </w:r>
      <w:r w:rsidRPr="590A0F7D">
        <w:rPr>
          <w:rFonts w:ascii="Cambria" w:eastAsia="Cambria" w:hAnsi="Cambria" w:cs="Cambria"/>
          <w:lang w:eastAsia="ja-JP"/>
        </w:rPr>
        <w:t>農業者の営農改善・省力化等に資する製品・技術を有する企業</w:t>
      </w:r>
    </w:p>
    <w:p w14:paraId="182DE69A" w14:textId="3A1AB010" w:rsidR="4635A6E8" w:rsidRDefault="4635A6E8" w:rsidP="590A0F7D">
      <w:pPr>
        <w:pStyle w:val="21"/>
        <w:spacing w:before="0"/>
        <w:rPr>
          <w:lang w:eastAsia="ja-JP"/>
        </w:rPr>
      </w:pPr>
      <w:r w:rsidRPr="590A0F7D">
        <w:rPr>
          <w:lang w:eastAsia="ja-JP"/>
        </w:rPr>
        <w:t>２</w:t>
      </w:r>
      <w:r w:rsidRPr="590A0F7D">
        <w:rPr>
          <w:lang w:eastAsia="ja-JP"/>
        </w:rPr>
        <w:t>.</w:t>
      </w:r>
      <w:r w:rsidRPr="590A0F7D">
        <w:rPr>
          <w:lang w:eastAsia="ja-JP"/>
        </w:rPr>
        <w:t>出展内容</w:t>
      </w:r>
      <w:r w:rsidR="0099642B">
        <w:rPr>
          <w:rFonts w:hint="eastAsia"/>
          <w:lang w:eastAsia="ja-JP"/>
        </w:rPr>
        <w:t>・時間</w:t>
      </w:r>
    </w:p>
    <w:p w14:paraId="79A23A68" w14:textId="78C931CF" w:rsidR="4635A6E8" w:rsidRDefault="4635A6E8" w:rsidP="009305C8">
      <w:pPr>
        <w:spacing w:after="120" w:line="240" w:lineRule="auto"/>
        <w:rPr>
          <w:rFonts w:ascii="ＭＳ 明朝" w:eastAsia="ＭＳ 明朝" w:hAnsi="ＭＳ 明朝" w:cs="ＭＳ 明朝"/>
          <w:lang w:eastAsia="ja-JP"/>
        </w:rPr>
      </w:pPr>
      <w:r>
        <w:rPr>
          <w:lang w:eastAsia="ja-JP"/>
        </w:rPr>
        <w:t xml:space="preserve">　・</w:t>
      </w:r>
      <w:r w:rsidRPr="590A0F7D">
        <w:rPr>
          <w:rFonts w:ascii="Cambria" w:eastAsia="Cambria" w:hAnsi="Cambria" w:cs="Cambria"/>
          <w:lang w:eastAsia="ja-JP"/>
        </w:rPr>
        <w:t>企業ブースを設置し、製品・技術等の展示、資料配布、説明対応を行っていただきます。</w:t>
      </w:r>
      <w:r w:rsidR="0099642B">
        <w:rPr>
          <w:rFonts w:ascii="ＭＳ 明朝" w:eastAsia="ＭＳ 明朝" w:hAnsi="ＭＳ 明朝" w:cs="ＭＳ 明朝" w:hint="eastAsia"/>
          <w:lang w:eastAsia="ja-JP"/>
        </w:rPr>
        <w:t xml:space="preserve">　　　　　　　　　　</w:t>
      </w:r>
    </w:p>
    <w:p w14:paraId="3C93EF44" w14:textId="16D9681A" w:rsidR="4635A6E8" w:rsidRDefault="4635A6E8" w:rsidP="590A0F7D">
      <w:pPr>
        <w:pStyle w:val="21"/>
        <w:spacing w:before="0"/>
        <w:rPr>
          <w:lang w:eastAsia="ja-JP"/>
        </w:rPr>
      </w:pPr>
      <w:r w:rsidRPr="590A0F7D">
        <w:rPr>
          <w:lang w:eastAsia="ja-JP"/>
        </w:rPr>
        <w:t>３</w:t>
      </w:r>
      <w:r w:rsidRPr="590A0F7D">
        <w:rPr>
          <w:lang w:eastAsia="ja-JP"/>
        </w:rPr>
        <w:t>.</w:t>
      </w:r>
      <w:r w:rsidRPr="590A0F7D">
        <w:rPr>
          <w:lang w:eastAsia="ja-JP"/>
        </w:rPr>
        <w:t>展示スペース等</w:t>
      </w:r>
    </w:p>
    <w:p w14:paraId="76982062" w14:textId="5542CA33" w:rsidR="4635A6E8" w:rsidRDefault="4635A6E8" w:rsidP="009305C8">
      <w:pPr>
        <w:spacing w:after="0" w:line="240" w:lineRule="exact"/>
        <w:rPr>
          <w:lang w:eastAsia="ja-JP"/>
        </w:rPr>
      </w:pPr>
      <w:r w:rsidRPr="590A0F7D">
        <w:rPr>
          <w:lang w:eastAsia="ja-JP"/>
        </w:rPr>
        <w:t xml:space="preserve">　・</w:t>
      </w:r>
      <w:r w:rsidR="00EE5CD7" w:rsidRPr="00EE5CD7">
        <w:rPr>
          <w:rFonts w:hint="eastAsia"/>
          <w:lang w:eastAsia="ja-JP"/>
        </w:rPr>
        <w:t>展示スペース：１階ホワイエ　　長机２台＋椅子２脚　（主催者側で用意します。）</w:t>
      </w:r>
    </w:p>
    <w:p w14:paraId="026D04E5" w14:textId="14984EAD" w:rsidR="0099642B" w:rsidRDefault="4635A6E8" w:rsidP="009305C8">
      <w:pPr>
        <w:spacing w:after="0" w:line="240" w:lineRule="exact"/>
        <w:ind w:left="2"/>
        <w:rPr>
          <w:lang w:eastAsia="ja-JP"/>
        </w:rPr>
      </w:pPr>
      <w:r w:rsidRPr="590A0F7D">
        <w:rPr>
          <w:lang w:eastAsia="ja-JP"/>
        </w:rPr>
        <w:t xml:space="preserve">　・備品や装飾等：各社でご準備ください</w:t>
      </w:r>
      <w:r>
        <w:rPr>
          <w:lang w:eastAsia="ja-JP"/>
        </w:rPr>
        <w:br/>
      </w:r>
      <w:r w:rsidRPr="590A0F7D">
        <w:rPr>
          <w:lang w:eastAsia="ja-JP"/>
        </w:rPr>
        <w:t xml:space="preserve">　・電源：電源を</w:t>
      </w:r>
      <w:r w:rsidR="1C9C0C5C" w:rsidRPr="590A0F7D">
        <w:rPr>
          <w:lang w:eastAsia="ja-JP"/>
        </w:rPr>
        <w:t>使用する場合は</w:t>
      </w:r>
      <w:r w:rsidRPr="590A0F7D">
        <w:rPr>
          <w:lang w:eastAsia="ja-JP"/>
        </w:rPr>
        <w:t>、事前に御連絡ください。</w:t>
      </w:r>
    </w:p>
    <w:p w14:paraId="0656D9F0" w14:textId="77777777" w:rsidR="009305C8" w:rsidRDefault="009305C8" w:rsidP="009305C8">
      <w:pPr>
        <w:spacing w:after="0" w:line="240" w:lineRule="exact"/>
        <w:rPr>
          <w:lang w:eastAsia="ja-JP"/>
        </w:rPr>
      </w:pPr>
    </w:p>
    <w:p w14:paraId="2B616C9B" w14:textId="6C2BFFA6" w:rsidR="0099642B" w:rsidRDefault="0099642B" w:rsidP="0099642B">
      <w:pPr>
        <w:pStyle w:val="21"/>
        <w:spacing w:before="0"/>
        <w:rPr>
          <w:lang w:eastAsia="ja-JP"/>
        </w:rPr>
      </w:pPr>
      <w:r>
        <w:rPr>
          <w:rFonts w:hint="eastAsia"/>
          <w:lang w:eastAsia="ja-JP"/>
        </w:rPr>
        <w:t>４</w:t>
      </w:r>
      <w:r w:rsidRPr="590A0F7D">
        <w:rPr>
          <w:lang w:eastAsia="ja-JP"/>
        </w:rPr>
        <w:t>.</w:t>
      </w:r>
      <w:r>
        <w:rPr>
          <w:rFonts w:hint="eastAsia"/>
          <w:lang w:eastAsia="ja-JP"/>
        </w:rPr>
        <w:t>出展時間（予定）当日　令和８年</w:t>
      </w:r>
      <w:r w:rsidR="00CD5D4A">
        <w:rPr>
          <w:rFonts w:hint="eastAsia"/>
          <w:lang w:eastAsia="ja-JP"/>
        </w:rPr>
        <w:t>１１</w:t>
      </w:r>
      <w:r>
        <w:rPr>
          <w:rFonts w:hint="eastAsia"/>
          <w:lang w:eastAsia="ja-JP"/>
        </w:rPr>
        <w:t>月</w:t>
      </w:r>
      <w:r w:rsidR="00CD5D4A">
        <w:rPr>
          <w:rFonts w:hint="eastAsia"/>
          <w:lang w:eastAsia="ja-JP"/>
        </w:rPr>
        <w:t>３０</w:t>
      </w:r>
      <w:r>
        <w:rPr>
          <w:rFonts w:hint="eastAsia"/>
          <w:lang w:eastAsia="ja-JP"/>
        </w:rPr>
        <w:t>日（</w:t>
      </w:r>
      <w:r w:rsidR="00CD5D4A">
        <w:rPr>
          <w:rFonts w:hint="eastAsia"/>
          <w:lang w:eastAsia="ja-JP"/>
        </w:rPr>
        <w:t>月</w:t>
      </w:r>
      <w:r>
        <w:rPr>
          <w:rFonts w:hint="eastAsia"/>
          <w:lang w:eastAsia="ja-JP"/>
        </w:rPr>
        <w:t>）</w:t>
      </w:r>
    </w:p>
    <w:p w14:paraId="614AA640" w14:textId="2312FF7C" w:rsidR="0099642B" w:rsidRDefault="0099642B" w:rsidP="009305C8">
      <w:pPr>
        <w:spacing w:after="0" w:line="240" w:lineRule="exact"/>
        <w:rPr>
          <w:lang w:eastAsia="ja-JP"/>
        </w:rPr>
      </w:pPr>
      <w:r>
        <w:rPr>
          <w:rFonts w:hint="eastAsia"/>
          <w:lang w:eastAsia="ja-JP"/>
        </w:rPr>
        <w:t xml:space="preserve">　・出展準備（搬入）　：</w:t>
      </w:r>
      <w:r w:rsidR="004F2263">
        <w:rPr>
          <w:rFonts w:hint="eastAsia"/>
          <w:lang w:eastAsia="ja-JP"/>
        </w:rPr>
        <w:t>１１</w:t>
      </w:r>
      <w:r w:rsidR="001E4E30">
        <w:rPr>
          <w:rFonts w:hint="eastAsia"/>
          <w:lang w:eastAsia="ja-JP"/>
        </w:rPr>
        <w:t>：</w:t>
      </w:r>
      <w:r>
        <w:rPr>
          <w:rFonts w:hint="eastAsia"/>
          <w:lang w:eastAsia="ja-JP"/>
        </w:rPr>
        <w:t>００～１</w:t>
      </w:r>
      <w:r w:rsidR="004F2263">
        <w:rPr>
          <w:rFonts w:hint="eastAsia"/>
          <w:lang w:eastAsia="ja-JP"/>
        </w:rPr>
        <w:t>２</w:t>
      </w:r>
      <w:r>
        <w:rPr>
          <w:rFonts w:hint="eastAsia"/>
          <w:lang w:eastAsia="ja-JP"/>
        </w:rPr>
        <w:t>：</w:t>
      </w:r>
      <w:r w:rsidR="004F2263">
        <w:rPr>
          <w:rFonts w:hint="eastAsia"/>
          <w:lang w:eastAsia="ja-JP"/>
        </w:rPr>
        <w:t>３</w:t>
      </w:r>
      <w:r>
        <w:rPr>
          <w:rFonts w:hint="eastAsia"/>
          <w:lang w:eastAsia="ja-JP"/>
        </w:rPr>
        <w:t>０</w:t>
      </w:r>
    </w:p>
    <w:p w14:paraId="183A3747" w14:textId="50A31778" w:rsidR="0099642B" w:rsidRDefault="0099642B" w:rsidP="009305C8">
      <w:pPr>
        <w:spacing w:after="0" w:line="240" w:lineRule="exact"/>
        <w:ind w:firstLineChars="100" w:firstLine="220"/>
        <w:rPr>
          <w:lang w:eastAsia="ja-JP"/>
        </w:rPr>
      </w:pPr>
      <w:r w:rsidRPr="590A0F7D">
        <w:rPr>
          <w:lang w:eastAsia="ja-JP"/>
        </w:rPr>
        <w:t>・</w:t>
      </w:r>
      <w:r>
        <w:rPr>
          <w:rFonts w:hint="eastAsia"/>
          <w:lang w:eastAsia="ja-JP"/>
        </w:rPr>
        <w:t>出展対応時間　　　：</w:t>
      </w:r>
      <w:r w:rsidR="004F2263">
        <w:rPr>
          <w:rFonts w:hint="eastAsia"/>
          <w:lang w:eastAsia="ja-JP"/>
        </w:rPr>
        <w:t>１２：３０</w:t>
      </w:r>
      <w:r>
        <w:rPr>
          <w:rFonts w:hint="eastAsia"/>
          <w:lang w:eastAsia="ja-JP"/>
        </w:rPr>
        <w:t>～１６：３０</w:t>
      </w:r>
    </w:p>
    <w:p w14:paraId="51F71EDF" w14:textId="10683485" w:rsidR="00C13410" w:rsidRDefault="0099642B" w:rsidP="009305C8">
      <w:pPr>
        <w:spacing w:after="120" w:line="240" w:lineRule="exact"/>
        <w:rPr>
          <w:lang w:eastAsia="ja-JP"/>
        </w:rPr>
      </w:pPr>
      <w:r w:rsidRPr="590A0F7D">
        <w:rPr>
          <w:lang w:eastAsia="ja-JP"/>
        </w:rPr>
        <w:t xml:space="preserve">　・</w:t>
      </w:r>
      <w:r>
        <w:rPr>
          <w:rFonts w:hint="eastAsia"/>
          <w:lang w:eastAsia="ja-JP"/>
        </w:rPr>
        <w:t>撤収</w:t>
      </w:r>
      <w:r w:rsidR="00896F6F">
        <w:rPr>
          <w:rFonts w:hint="eastAsia"/>
          <w:lang w:eastAsia="ja-JP"/>
        </w:rPr>
        <w:t>（搬出）</w:t>
      </w:r>
      <w:r w:rsidRPr="590A0F7D">
        <w:rPr>
          <w:lang w:eastAsia="ja-JP"/>
        </w:rPr>
        <w:t xml:space="preserve">　</w:t>
      </w:r>
      <w:r w:rsidR="00896F6F">
        <w:rPr>
          <w:rFonts w:hint="eastAsia"/>
          <w:lang w:eastAsia="ja-JP"/>
        </w:rPr>
        <w:t xml:space="preserve">　　：１６：３０～１７：００</w:t>
      </w:r>
    </w:p>
    <w:p w14:paraId="6B627FEE" w14:textId="2CCAFE8E" w:rsidR="00C13410" w:rsidRPr="00C13410" w:rsidRDefault="00C13410" w:rsidP="00C13410">
      <w:pPr>
        <w:pStyle w:val="a9"/>
        <w:rPr>
          <w:sz w:val="21"/>
          <w:szCs w:val="21"/>
          <w:lang w:eastAsia="ja-JP"/>
        </w:rPr>
      </w:pPr>
      <w:r>
        <w:rPr>
          <w:rFonts w:hint="eastAsia"/>
          <w:lang w:eastAsia="ja-JP"/>
        </w:rPr>
        <w:t xml:space="preserve">　　　</w:t>
      </w:r>
      <w:r w:rsidRPr="00C13410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※</w:t>
      </w:r>
      <w:r>
        <w:rPr>
          <w:rFonts w:hint="eastAsia"/>
          <w:sz w:val="21"/>
          <w:szCs w:val="21"/>
          <w:lang w:eastAsia="ja-JP"/>
        </w:rPr>
        <w:t>出展準備を</w:t>
      </w:r>
      <w:r w:rsidRPr="00C13410">
        <w:rPr>
          <w:rFonts w:hint="eastAsia"/>
          <w:sz w:val="21"/>
          <w:szCs w:val="21"/>
          <w:lang w:eastAsia="ja-JP"/>
        </w:rPr>
        <w:t>早めにしたい方はお申し出ください。</w:t>
      </w:r>
    </w:p>
    <w:p w14:paraId="4C523C70" w14:textId="264504B2" w:rsidR="4635A6E8" w:rsidRDefault="005F2350" w:rsidP="00C13410">
      <w:pPr>
        <w:pStyle w:val="a9"/>
        <w:rPr>
          <w:lang w:eastAsia="ja-JP"/>
        </w:rPr>
      </w:pPr>
      <w:r w:rsidRPr="00C13410">
        <w:rPr>
          <w:rFonts w:hint="eastAsia"/>
          <w:sz w:val="21"/>
          <w:szCs w:val="21"/>
          <w:lang w:eastAsia="ja-JP"/>
        </w:rPr>
        <w:t xml:space="preserve">　　　</w:t>
      </w:r>
      <w:r w:rsidRPr="00C13410">
        <w:rPr>
          <w:rFonts w:hint="eastAsia"/>
          <w:sz w:val="21"/>
          <w:szCs w:val="21"/>
        </w:rPr>
        <w:t>※</w:t>
      </w:r>
      <w:r w:rsidR="00FE23FA" w:rsidRPr="00C13410">
        <w:rPr>
          <w:rFonts w:hint="eastAsia"/>
          <w:sz w:val="21"/>
          <w:szCs w:val="21"/>
        </w:rPr>
        <w:t>変更がある場合は</w:t>
      </w:r>
      <w:r w:rsidRPr="00C13410">
        <w:rPr>
          <w:sz w:val="21"/>
          <w:szCs w:val="21"/>
        </w:rPr>
        <w:t>、出展決定後に改めてご連絡します。</w:t>
      </w:r>
      <w:r>
        <w:rPr>
          <w:rFonts w:hint="eastAsia"/>
          <w:lang w:eastAsia="ja-JP"/>
        </w:rPr>
        <w:t xml:space="preserve">　　　　　　　</w:t>
      </w:r>
      <w:r w:rsidR="0099642B">
        <w:rPr>
          <w:rFonts w:hint="eastAsia"/>
          <w:lang w:eastAsia="ja-JP"/>
        </w:rPr>
        <w:t xml:space="preserve">　</w:t>
      </w:r>
      <w:r w:rsidR="4635A6E8" w:rsidRPr="590A0F7D">
        <w:rPr>
          <w:lang w:eastAsia="ja-JP"/>
        </w:rPr>
        <w:t xml:space="preserve">　</w:t>
      </w:r>
    </w:p>
    <w:p w14:paraId="70555214" w14:textId="6413B9CE" w:rsidR="62F5F9A7" w:rsidRDefault="0099642B" w:rsidP="590A0F7D">
      <w:pPr>
        <w:pStyle w:val="21"/>
        <w:spacing w:before="0"/>
        <w:rPr>
          <w:lang w:eastAsia="ja-JP"/>
        </w:rPr>
      </w:pPr>
      <w:r>
        <w:rPr>
          <w:rFonts w:hint="eastAsia"/>
          <w:lang w:eastAsia="ja-JP"/>
        </w:rPr>
        <w:t>５</w:t>
      </w:r>
      <w:r w:rsidR="62F5F9A7" w:rsidRPr="590A0F7D">
        <w:rPr>
          <w:lang w:eastAsia="ja-JP"/>
        </w:rPr>
        <w:t>.</w:t>
      </w:r>
      <w:r w:rsidR="62F5F9A7" w:rsidRPr="590A0F7D">
        <w:rPr>
          <w:lang w:eastAsia="ja-JP"/>
        </w:rPr>
        <w:t>申込方法</w:t>
      </w:r>
    </w:p>
    <w:p w14:paraId="4EAC8432" w14:textId="7E9E307D" w:rsidR="590A0F7D" w:rsidRPr="00AB2447" w:rsidRDefault="005C5447" w:rsidP="009305C8">
      <w:pPr>
        <w:spacing w:after="120" w:line="240" w:lineRule="exact"/>
        <w:ind w:leftChars="100" w:left="440" w:hangingChars="100" w:hanging="220"/>
        <w:rPr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・</w:t>
      </w:r>
      <w:r w:rsidR="62F5F9A7" w:rsidRPr="590A0F7D">
        <w:rPr>
          <w:rFonts w:ascii="Cambria" w:eastAsia="Cambria" w:hAnsi="Cambria" w:cs="Cambria"/>
          <w:lang w:eastAsia="ja-JP"/>
        </w:rPr>
        <w:t>下記「企業ブース出展申込書」に必要事項をご記入のうえ、</w:t>
      </w:r>
      <w:r>
        <w:rPr>
          <w:rFonts w:ascii="ＭＳ 明朝" w:eastAsia="ＭＳ 明朝" w:hAnsi="ＭＳ 明朝" w:cs="ＭＳ 明朝" w:hint="eastAsia"/>
          <w:lang w:eastAsia="ja-JP"/>
        </w:rPr>
        <w:t>担当者宛てメールで</w:t>
      </w:r>
      <w:r w:rsidR="00AB2447">
        <w:rPr>
          <w:rFonts w:ascii="ＭＳ 明朝" w:eastAsia="ＭＳ 明朝" w:hAnsi="ＭＳ 明朝" w:cs="ＭＳ 明朝" w:hint="eastAsia"/>
          <w:lang w:eastAsia="ja-JP"/>
        </w:rPr>
        <w:t xml:space="preserve">　　　　　</w:t>
      </w:r>
      <w:r w:rsidR="00AB2447" w:rsidRPr="00AB2447">
        <w:rPr>
          <w:rFonts w:ascii="ＭＳ 明朝" w:eastAsia="ＭＳ 明朝" w:hAnsi="ＭＳ 明朝" w:cs="ＭＳ 明朝" w:hint="eastAsia"/>
          <w:u w:val="single"/>
          <w:lang w:eastAsia="ja-JP"/>
        </w:rPr>
        <w:t>令和８年１</w:t>
      </w:r>
      <w:r w:rsidR="00CD5D4A">
        <w:rPr>
          <w:rFonts w:ascii="ＭＳ 明朝" w:eastAsia="ＭＳ 明朝" w:hAnsi="ＭＳ 明朝" w:cs="ＭＳ 明朝" w:hint="eastAsia"/>
          <w:u w:val="single"/>
          <w:lang w:eastAsia="ja-JP"/>
        </w:rPr>
        <w:t>１</w:t>
      </w:r>
      <w:r w:rsidR="00AB2447" w:rsidRPr="00AB2447">
        <w:rPr>
          <w:rFonts w:ascii="ＭＳ 明朝" w:eastAsia="ＭＳ 明朝" w:hAnsi="ＭＳ 明朝" w:cs="ＭＳ 明朝" w:hint="eastAsia"/>
          <w:u w:val="single"/>
          <w:lang w:eastAsia="ja-JP"/>
        </w:rPr>
        <w:t>月</w:t>
      </w:r>
      <w:r w:rsidR="00CD5D4A">
        <w:rPr>
          <w:rFonts w:ascii="ＭＳ 明朝" w:eastAsia="ＭＳ 明朝" w:hAnsi="ＭＳ 明朝" w:cs="ＭＳ 明朝" w:hint="eastAsia"/>
          <w:u w:val="single"/>
          <w:lang w:eastAsia="ja-JP"/>
        </w:rPr>
        <w:t>１３</w:t>
      </w:r>
      <w:r w:rsidR="00AB2447" w:rsidRPr="00AB2447">
        <w:rPr>
          <w:rFonts w:ascii="ＭＳ 明朝" w:eastAsia="ＭＳ 明朝" w:hAnsi="ＭＳ 明朝" w:cs="ＭＳ 明朝" w:hint="eastAsia"/>
          <w:u w:val="single"/>
          <w:lang w:eastAsia="ja-JP"/>
        </w:rPr>
        <w:t>日（金）１７：００</w:t>
      </w:r>
      <w:r w:rsidR="00AB2447">
        <w:rPr>
          <w:rFonts w:ascii="ＭＳ 明朝" w:eastAsia="ＭＳ 明朝" w:hAnsi="ＭＳ 明朝" w:cs="ＭＳ 明朝" w:hint="eastAsia"/>
          <w:lang w:eastAsia="ja-JP"/>
        </w:rPr>
        <w:t>までに</w:t>
      </w:r>
      <w:r w:rsidR="62F5F9A7" w:rsidRPr="590A0F7D">
        <w:rPr>
          <w:rFonts w:ascii="Cambria" w:eastAsia="Cambria" w:hAnsi="Cambria" w:cs="Cambria"/>
          <w:lang w:eastAsia="ja-JP"/>
        </w:rPr>
        <w:t>お申し込み</w:t>
      </w:r>
      <w:r>
        <w:rPr>
          <w:rFonts w:ascii="ＭＳ 明朝" w:eastAsia="ＭＳ 明朝" w:hAnsi="ＭＳ 明朝" w:cs="ＭＳ 明朝" w:hint="eastAsia"/>
          <w:lang w:eastAsia="ja-JP"/>
        </w:rPr>
        <w:t>下さい。</w:t>
      </w:r>
    </w:p>
    <w:p w14:paraId="1F95D9A0" w14:textId="4BD304C3" w:rsidR="54C021D3" w:rsidRDefault="54C021D3" w:rsidP="590A0F7D">
      <w:pPr>
        <w:pStyle w:val="21"/>
        <w:spacing w:before="0"/>
        <w:rPr>
          <w:lang w:eastAsia="ja-JP"/>
        </w:rPr>
      </w:pPr>
      <w:r w:rsidRPr="590A0F7D">
        <w:rPr>
          <w:lang w:eastAsia="ja-JP"/>
        </w:rPr>
        <w:t xml:space="preserve">　　　　　　　　　　　　</w:t>
      </w:r>
      <w:r w:rsidRPr="005F2350">
        <w:rPr>
          <w:color w:val="1F497D" w:themeColor="text2"/>
          <w:sz w:val="28"/>
          <w:szCs w:val="28"/>
          <w:lang w:eastAsia="ja-JP"/>
        </w:rPr>
        <w:t>企業ブース出展申込書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868"/>
        <w:gridCol w:w="5987"/>
      </w:tblGrid>
      <w:tr w:rsidR="001C2456" w14:paraId="28E78556" w14:textId="77777777" w:rsidTr="590A0F7D">
        <w:trPr>
          <w:trHeight w:val="397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298EE8CD" w14:textId="7A65E7D6" w:rsidR="001C2456" w:rsidRDefault="002E3863" w:rsidP="009F2277">
            <w:pPr>
              <w:jc w:val="both"/>
            </w:pPr>
            <w:r>
              <w:t>企業名</w:t>
            </w:r>
            <w:r w:rsidR="12FBB8B1">
              <w:t xml:space="preserve">　所在地</w:t>
            </w:r>
          </w:p>
        </w:tc>
        <w:tc>
          <w:tcPr>
            <w:tcW w:w="5987" w:type="dxa"/>
            <w:vAlign w:val="center"/>
          </w:tcPr>
          <w:p w14:paraId="6A85C51B" w14:textId="654F7784" w:rsidR="001C2456" w:rsidRDefault="001C2456" w:rsidP="009F2277">
            <w:pPr>
              <w:jc w:val="both"/>
              <w:rPr>
                <w:lang w:eastAsia="ja-JP"/>
              </w:rPr>
            </w:pPr>
          </w:p>
        </w:tc>
      </w:tr>
      <w:tr w:rsidR="000C1574" w14:paraId="6E6B4203" w14:textId="77777777" w:rsidTr="590A0F7D">
        <w:trPr>
          <w:trHeight w:val="397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36E19B50" w14:textId="7B9DB9D8" w:rsidR="000C1574" w:rsidRDefault="000C1574" w:rsidP="590A0F7D">
            <w:pPr>
              <w:jc w:val="both"/>
              <w:rPr>
                <w:lang w:eastAsia="ja-JP"/>
              </w:rPr>
            </w:pPr>
            <w:r>
              <w:t>担当</w:t>
            </w:r>
            <w:r w:rsidR="54AABECC">
              <w:t>部署</w:t>
            </w:r>
            <w:r w:rsidRPr="590A0F7D">
              <w:rPr>
                <w:lang w:eastAsia="ja-JP"/>
              </w:rPr>
              <w:t>・氏名</w:t>
            </w:r>
          </w:p>
        </w:tc>
        <w:tc>
          <w:tcPr>
            <w:tcW w:w="5987" w:type="dxa"/>
            <w:vAlign w:val="center"/>
          </w:tcPr>
          <w:p w14:paraId="08102515" w14:textId="77777777" w:rsidR="000C1574" w:rsidRDefault="000C1574" w:rsidP="009F2277">
            <w:pPr>
              <w:jc w:val="both"/>
              <w:rPr>
                <w:lang w:eastAsia="ja-JP"/>
              </w:rPr>
            </w:pPr>
          </w:p>
        </w:tc>
      </w:tr>
      <w:tr w:rsidR="001C2456" w14:paraId="10A3A496" w14:textId="77777777" w:rsidTr="590A0F7D">
        <w:trPr>
          <w:trHeight w:val="397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54F2F6A1" w14:textId="77777777" w:rsidR="001C2456" w:rsidRDefault="002E3863" w:rsidP="009F2277">
            <w:pPr>
              <w:jc w:val="both"/>
            </w:pPr>
            <w:r>
              <w:t>所在地</w:t>
            </w:r>
          </w:p>
        </w:tc>
        <w:tc>
          <w:tcPr>
            <w:tcW w:w="5987" w:type="dxa"/>
            <w:vAlign w:val="center"/>
          </w:tcPr>
          <w:p w14:paraId="07EC55C9" w14:textId="34A8FB70" w:rsidR="001C2456" w:rsidRDefault="001C2456" w:rsidP="009F2277">
            <w:pPr>
              <w:jc w:val="both"/>
            </w:pPr>
          </w:p>
        </w:tc>
      </w:tr>
      <w:tr w:rsidR="001C2456" w14:paraId="62F59CE1" w14:textId="77777777" w:rsidTr="590A0F7D">
        <w:trPr>
          <w:trHeight w:val="397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70EDDA8B" w14:textId="77777777" w:rsidR="001C2456" w:rsidRDefault="002E3863" w:rsidP="009F2277">
            <w:pPr>
              <w:jc w:val="both"/>
            </w:pPr>
            <w:r>
              <w:t>電話番号</w:t>
            </w:r>
          </w:p>
        </w:tc>
        <w:tc>
          <w:tcPr>
            <w:tcW w:w="5987" w:type="dxa"/>
            <w:vAlign w:val="center"/>
          </w:tcPr>
          <w:p w14:paraId="6FE5EE58" w14:textId="51C2D486" w:rsidR="001C2456" w:rsidRDefault="001C2456" w:rsidP="009F2277">
            <w:pPr>
              <w:jc w:val="both"/>
            </w:pPr>
          </w:p>
        </w:tc>
      </w:tr>
      <w:tr w:rsidR="001C2456" w14:paraId="0A5F6B36" w14:textId="77777777" w:rsidTr="590A0F7D">
        <w:trPr>
          <w:trHeight w:val="397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039047C6" w14:textId="77777777" w:rsidR="001C2456" w:rsidRDefault="002E3863" w:rsidP="009F2277">
            <w:pPr>
              <w:jc w:val="both"/>
            </w:pPr>
            <w:r>
              <w:t>メールアドレス</w:t>
            </w:r>
          </w:p>
        </w:tc>
        <w:tc>
          <w:tcPr>
            <w:tcW w:w="5987" w:type="dxa"/>
            <w:vAlign w:val="center"/>
          </w:tcPr>
          <w:p w14:paraId="511E16D9" w14:textId="3A5FF48B" w:rsidR="001C2456" w:rsidRDefault="001C2456" w:rsidP="009F2277">
            <w:pPr>
              <w:jc w:val="both"/>
            </w:pPr>
          </w:p>
        </w:tc>
      </w:tr>
      <w:tr w:rsidR="00A25BE3" w14:paraId="6377ACE5" w14:textId="77777777" w:rsidTr="590A0F7D">
        <w:trPr>
          <w:trHeight w:val="454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702E40F8" w14:textId="79EDC225" w:rsidR="00A25BE3" w:rsidRDefault="002B7EBB" w:rsidP="009F2277">
            <w:pPr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出展</w:t>
            </w:r>
            <w:r w:rsidR="0B1AFEE7" w:rsidRPr="590A0F7D">
              <w:rPr>
                <w:lang w:eastAsia="ja-JP"/>
              </w:rPr>
              <w:t>内容（製品・技術の概要）</w:t>
            </w:r>
          </w:p>
        </w:tc>
        <w:tc>
          <w:tcPr>
            <w:tcW w:w="5987" w:type="dxa"/>
            <w:vAlign w:val="center"/>
          </w:tcPr>
          <w:p w14:paraId="397F4B47" w14:textId="3561A48D" w:rsidR="00EC707F" w:rsidRDefault="00EC707F" w:rsidP="009F2277">
            <w:pPr>
              <w:jc w:val="both"/>
              <w:rPr>
                <w:rFonts w:ascii="ＭＳ Ｐ明朝" w:eastAsia="ＭＳ Ｐ明朝"/>
                <w:sz w:val="24"/>
                <w:szCs w:val="24"/>
                <w:lang w:eastAsia="ja-JP"/>
              </w:rPr>
            </w:pPr>
          </w:p>
        </w:tc>
      </w:tr>
      <w:tr w:rsidR="001C2456" w14:paraId="021426AA" w14:textId="77777777" w:rsidTr="590A0F7D">
        <w:trPr>
          <w:trHeight w:val="454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78F01795" w14:textId="6B7C4F20" w:rsidR="009F2277" w:rsidRDefault="009533FA" w:rsidP="009F2277">
            <w:pPr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商品</w:t>
            </w:r>
            <w:r>
              <w:rPr>
                <w:rFonts w:hint="eastAsia"/>
                <w:lang w:eastAsia="ja-JP"/>
              </w:rPr>
              <w:t>PR</w:t>
            </w:r>
            <w:r w:rsidR="00A25BE3">
              <w:rPr>
                <w:rFonts w:hint="eastAsia"/>
                <w:lang w:eastAsia="ja-JP"/>
              </w:rPr>
              <w:t>の仕方</w:t>
            </w:r>
          </w:p>
          <w:p w14:paraId="07DB60DC" w14:textId="17083EA9" w:rsidR="001C2456" w:rsidRDefault="002E3863" w:rsidP="009F22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（</w:t>
            </w:r>
            <w:r w:rsidR="009F2277">
              <w:rPr>
                <w:rFonts w:hint="eastAsia"/>
                <w:lang w:eastAsia="ja-JP"/>
              </w:rPr>
              <w:t>該当</w:t>
            </w:r>
            <w:r>
              <w:rPr>
                <w:lang w:eastAsia="ja-JP"/>
              </w:rPr>
              <w:t>欄に</w:t>
            </w:r>
            <w:r>
              <w:rPr>
                <w:lang w:eastAsia="ja-JP"/>
              </w:rPr>
              <w:t>✔</w:t>
            </w:r>
            <w:r w:rsidR="009F2277">
              <w:rPr>
                <w:rFonts w:hint="eastAsia"/>
                <w:lang w:eastAsia="ja-JP"/>
              </w:rPr>
              <w:t>をお願いします</w:t>
            </w:r>
            <w:r>
              <w:rPr>
                <w:lang w:eastAsia="ja-JP"/>
              </w:rPr>
              <w:t>）</w:t>
            </w:r>
          </w:p>
        </w:tc>
        <w:tc>
          <w:tcPr>
            <w:tcW w:w="5987" w:type="dxa"/>
            <w:vAlign w:val="center"/>
          </w:tcPr>
          <w:p w14:paraId="20A01496" w14:textId="35E0DB72" w:rsidR="009F2277" w:rsidRPr="009533FA" w:rsidRDefault="00000000" w:rsidP="009F2277">
            <w:pPr>
              <w:jc w:val="both"/>
              <w:rPr>
                <w:lang w:eastAsia="ja-JP"/>
              </w:rPr>
            </w:pPr>
            <w:sdt>
              <w:sdtPr>
                <w:rPr>
                  <w:rFonts w:ascii="ＭＳ Ｐ明朝" w:eastAsia="ＭＳ Ｐ明朝" w:hint="eastAsia"/>
                  <w:lang w:eastAsia="ja-JP"/>
                </w:rPr>
                <w:id w:val="-17287534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F2277" w:rsidRPr="009533FA">
                  <w:rPr>
                    <w:rFonts w:ascii="ＭＳ ゴシック" w:eastAsia="ＭＳ ゴシック" w:hAnsi="ＭＳ ゴシック" w:hint="eastAsia"/>
                    <w:lang w:eastAsia="ja-JP"/>
                  </w:rPr>
                  <w:t>☐</w:t>
                </w:r>
              </w:sdtContent>
            </w:sdt>
            <w:r w:rsidR="009F2277" w:rsidRPr="009533FA">
              <w:rPr>
                <w:rFonts w:ascii="ＭＳ Ｐ明朝" w:eastAsia="ＭＳ Ｐ明朝" w:hint="eastAsia"/>
                <w:lang w:eastAsia="ja-JP"/>
              </w:rPr>
              <w:t xml:space="preserve"> </w:t>
            </w:r>
            <w:r w:rsidR="00A25BE3" w:rsidRPr="009533FA">
              <w:rPr>
                <w:rFonts w:ascii="ＭＳ Ｐ明朝" w:eastAsia="ＭＳ Ｐ明朝" w:hint="eastAsia"/>
                <w:lang w:eastAsia="ja-JP"/>
              </w:rPr>
              <w:t>商品パンフレット、チラシの配布</w:t>
            </w:r>
          </w:p>
          <w:p w14:paraId="6C3F3B5B" w14:textId="3C6BC4CF" w:rsidR="009F2277" w:rsidRPr="009533FA" w:rsidRDefault="00000000" w:rsidP="009F2277">
            <w:pPr>
              <w:jc w:val="both"/>
              <w:rPr>
                <w:lang w:eastAsia="ja-JP"/>
              </w:rPr>
            </w:pPr>
            <w:sdt>
              <w:sdtPr>
                <w:rPr>
                  <w:rFonts w:ascii="ＭＳ Ｐ明朝" w:eastAsia="ＭＳ Ｐ明朝" w:hint="eastAsia"/>
                  <w:lang w:eastAsia="ja-JP"/>
                </w:rPr>
                <w:id w:val="-8323665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F2277" w:rsidRPr="009533FA">
                  <w:rPr>
                    <w:rFonts w:ascii="ＭＳ ゴシック" w:eastAsia="ＭＳ ゴシック" w:hAnsi="ＭＳ ゴシック" w:hint="eastAsia"/>
                    <w:lang w:eastAsia="ja-JP"/>
                  </w:rPr>
                  <w:t>☐</w:t>
                </w:r>
              </w:sdtContent>
            </w:sdt>
            <w:r w:rsidR="009F2277" w:rsidRPr="009533FA">
              <w:rPr>
                <w:rFonts w:ascii="ＭＳ Ｐ明朝" w:eastAsia="ＭＳ Ｐ明朝" w:hint="eastAsia"/>
                <w:lang w:eastAsia="ja-JP"/>
              </w:rPr>
              <w:t xml:space="preserve"> </w:t>
            </w:r>
            <w:r w:rsidR="00A25BE3" w:rsidRPr="009533FA">
              <w:rPr>
                <w:rFonts w:ascii="ＭＳ Ｐ明朝" w:eastAsia="ＭＳ Ｐ明朝" w:hint="eastAsia"/>
                <w:lang w:eastAsia="ja-JP"/>
              </w:rPr>
              <w:t>商品サンプルまたは実物の展示</w:t>
            </w:r>
          </w:p>
          <w:p w14:paraId="061F83E9" w14:textId="0E3166EA" w:rsidR="001C2456" w:rsidRPr="009533FA" w:rsidRDefault="00000000" w:rsidP="009F2277">
            <w:pPr>
              <w:jc w:val="both"/>
              <w:rPr>
                <w:lang w:eastAsia="ja-JP"/>
              </w:rPr>
            </w:pPr>
            <w:sdt>
              <w:sdtPr>
                <w:rPr>
                  <w:rFonts w:ascii="ＭＳ Ｐ明朝" w:eastAsia="ＭＳ Ｐ明朝" w:hint="eastAsia"/>
                  <w:lang w:eastAsia="ja-JP"/>
                </w:rPr>
                <w:id w:val="-524703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F2277" w:rsidRPr="009533FA">
                  <w:rPr>
                    <w:rFonts w:ascii="ＭＳ ゴシック" w:eastAsia="ＭＳ ゴシック" w:hAnsi="ＭＳ ゴシック" w:hint="eastAsia"/>
                    <w:lang w:eastAsia="ja-JP"/>
                  </w:rPr>
                  <w:t>☐</w:t>
                </w:r>
              </w:sdtContent>
            </w:sdt>
            <w:r w:rsidR="009F2277" w:rsidRPr="009533FA">
              <w:rPr>
                <w:rFonts w:ascii="ＭＳ Ｐ明朝" w:eastAsia="ＭＳ Ｐ明朝" w:hint="eastAsia"/>
                <w:lang w:eastAsia="ja-JP"/>
              </w:rPr>
              <w:t xml:space="preserve"> </w:t>
            </w:r>
            <w:r w:rsidR="00A25BE3" w:rsidRPr="009533FA">
              <w:rPr>
                <w:rFonts w:ascii="ＭＳ Ｐ明朝" w:eastAsia="ＭＳ Ｐ明朝" w:hint="eastAsia"/>
                <w:lang w:eastAsia="ja-JP"/>
              </w:rPr>
              <w:t>映像、ポスター等による紹介</w:t>
            </w:r>
          </w:p>
        </w:tc>
      </w:tr>
      <w:tr w:rsidR="001C2456" w14:paraId="1E7C8C7F" w14:textId="77777777" w:rsidTr="590A0F7D">
        <w:trPr>
          <w:trHeight w:val="435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13C3403D" w14:textId="256A9A55" w:rsidR="001C2456" w:rsidRDefault="00AB2447" w:rsidP="009F2277">
            <w:pPr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電源の有無</w:t>
            </w:r>
          </w:p>
        </w:tc>
        <w:tc>
          <w:tcPr>
            <w:tcW w:w="5987" w:type="dxa"/>
            <w:vAlign w:val="center"/>
          </w:tcPr>
          <w:p w14:paraId="448431F0" w14:textId="5C53ACCA" w:rsidR="001C2456" w:rsidRDefault="00AB2447" w:rsidP="009F2277">
            <w:pPr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□有・□無　いずれかに✔</w:t>
            </w:r>
          </w:p>
        </w:tc>
      </w:tr>
      <w:tr w:rsidR="00AB2447" w14:paraId="7567CE9D" w14:textId="77777777" w:rsidTr="005D1319">
        <w:trPr>
          <w:trHeight w:val="435"/>
        </w:trPr>
        <w:tc>
          <w:tcPr>
            <w:tcW w:w="3868" w:type="dxa"/>
            <w:shd w:val="clear" w:color="auto" w:fill="D9D9D9" w:themeFill="background1" w:themeFillShade="D9"/>
            <w:vAlign w:val="center"/>
          </w:tcPr>
          <w:p w14:paraId="4456329D" w14:textId="78C2D04B" w:rsidR="00AB2447" w:rsidRDefault="00AB2447" w:rsidP="005D1319">
            <w:pPr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備考</w:t>
            </w:r>
          </w:p>
        </w:tc>
        <w:tc>
          <w:tcPr>
            <w:tcW w:w="5987" w:type="dxa"/>
            <w:vAlign w:val="center"/>
          </w:tcPr>
          <w:p w14:paraId="39E08555" w14:textId="60062F45" w:rsidR="00AB2447" w:rsidRDefault="00AB2447" w:rsidP="005D1319">
            <w:pPr>
              <w:jc w:val="both"/>
            </w:pPr>
          </w:p>
        </w:tc>
      </w:tr>
    </w:tbl>
    <w:p w14:paraId="709A813B" w14:textId="39C2D2C1" w:rsidR="009533FA" w:rsidRDefault="009533FA" w:rsidP="00604FDF">
      <w:pPr>
        <w:spacing w:after="0" w:line="240" w:lineRule="auto"/>
        <w:rPr>
          <w:lang w:eastAsia="ja-JP"/>
        </w:rPr>
      </w:pPr>
      <w:r>
        <w:rPr>
          <w:rFonts w:hint="eastAsia"/>
          <w:lang w:eastAsia="ja-JP"/>
        </w:rPr>
        <w:t>【注意事項】</w:t>
      </w:r>
    </w:p>
    <w:p w14:paraId="189B0F93" w14:textId="2F74C340" w:rsidR="00604FDF" w:rsidRDefault="00604FDF" w:rsidP="009305C8">
      <w:pPr>
        <w:spacing w:after="0" w:line="240" w:lineRule="exact"/>
        <w:ind w:firstLineChars="100" w:firstLine="220"/>
        <w:rPr>
          <w:lang w:eastAsia="ja-JP"/>
        </w:rPr>
      </w:pPr>
      <w:r>
        <w:rPr>
          <w:rFonts w:hint="eastAsia"/>
          <w:lang w:eastAsia="ja-JP"/>
        </w:rPr>
        <w:t>・本研修会の趣旨と関係が薄い内容と判断される場合は、出展をお断りすることがあります。</w:t>
      </w:r>
    </w:p>
    <w:p w14:paraId="0FB14350" w14:textId="0F188375" w:rsidR="00604FDF" w:rsidRDefault="00604FDF" w:rsidP="009305C8">
      <w:pPr>
        <w:spacing w:after="0" w:line="240" w:lineRule="exact"/>
        <w:ind w:leftChars="100" w:left="440" w:hangingChars="100" w:hanging="220"/>
        <w:rPr>
          <w:lang w:eastAsia="ja-JP"/>
        </w:rPr>
      </w:pPr>
      <w:r>
        <w:rPr>
          <w:rFonts w:hint="eastAsia"/>
          <w:lang w:eastAsia="ja-JP"/>
        </w:rPr>
        <w:t>・展示・説明に伴う事故やトラブル等については、主催者は責任を負いかねますので、各社にて十分な安全管理を行ってください。</w:t>
      </w:r>
    </w:p>
    <w:p w14:paraId="01CD97C0" w14:textId="70207187" w:rsidR="00604FDF" w:rsidRDefault="00604FDF" w:rsidP="009305C8">
      <w:pPr>
        <w:spacing w:after="0" w:line="240" w:lineRule="exact"/>
        <w:ind w:firstLineChars="100" w:firstLine="220"/>
        <w:rPr>
          <w:lang w:eastAsia="ja-JP"/>
        </w:rPr>
      </w:pPr>
      <w:r>
        <w:rPr>
          <w:rFonts w:hint="eastAsia"/>
          <w:lang w:eastAsia="ja-JP"/>
        </w:rPr>
        <w:t>・出展に要する費用（搬入・搬出、備品、交通費等）は、各社のご負担となります。</w:t>
      </w:r>
    </w:p>
    <w:p w14:paraId="58DE8C91" w14:textId="2120F5D4" w:rsidR="00604FDF" w:rsidRDefault="00604FDF" w:rsidP="009305C8">
      <w:pPr>
        <w:spacing w:after="0" w:line="240" w:lineRule="exact"/>
        <w:ind w:firstLineChars="100" w:firstLine="220"/>
        <w:rPr>
          <w:lang w:eastAsia="ja-JP"/>
        </w:rPr>
      </w:pPr>
      <w:r>
        <w:rPr>
          <w:rFonts w:hint="eastAsia"/>
          <w:lang w:eastAsia="ja-JP"/>
        </w:rPr>
        <w:t>・当日の運営上の指示については、主催者の指示に従ってください。</w:t>
      </w:r>
    </w:p>
    <w:p w14:paraId="3F0C91C9" w14:textId="541F8584" w:rsidR="009533FA" w:rsidRDefault="009533FA" w:rsidP="009305C8">
      <w:pPr>
        <w:spacing w:after="0" w:line="240" w:lineRule="exact"/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 w:rsidR="00604FDF">
        <w:rPr>
          <w:rFonts w:hint="eastAsia"/>
          <w:lang w:eastAsia="ja-JP"/>
        </w:rPr>
        <w:t>・</w:t>
      </w:r>
      <w:r w:rsidR="00CA374C">
        <w:rPr>
          <w:rFonts w:hint="eastAsia"/>
          <w:lang w:eastAsia="ja-JP"/>
        </w:rPr>
        <w:t>新潟テルサ</w:t>
      </w:r>
      <w:r>
        <w:rPr>
          <w:rFonts w:hint="eastAsia"/>
          <w:lang w:eastAsia="ja-JP"/>
        </w:rPr>
        <w:t>内での物品売買</w:t>
      </w:r>
      <w:r w:rsidR="00AB2447">
        <w:rPr>
          <w:rFonts w:hint="eastAsia"/>
          <w:lang w:eastAsia="ja-JP"/>
        </w:rPr>
        <w:t>の</w:t>
      </w:r>
      <w:r>
        <w:rPr>
          <w:rFonts w:hint="eastAsia"/>
          <w:lang w:eastAsia="ja-JP"/>
        </w:rPr>
        <w:t>注文受付</w:t>
      </w:r>
      <w:r w:rsidR="00AB2447">
        <w:rPr>
          <w:rFonts w:hint="eastAsia"/>
          <w:lang w:eastAsia="ja-JP"/>
        </w:rPr>
        <w:t>、勧誘行為</w:t>
      </w:r>
      <w:r>
        <w:rPr>
          <w:rFonts w:hint="eastAsia"/>
          <w:lang w:eastAsia="ja-JP"/>
        </w:rPr>
        <w:t>はできません。</w:t>
      </w:r>
    </w:p>
    <w:p w14:paraId="448E3A77" w14:textId="09EE1D3B" w:rsidR="00EC707F" w:rsidRDefault="00EC707F" w:rsidP="009305C8">
      <w:pPr>
        <w:spacing w:after="0" w:line="240" w:lineRule="exact"/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 w:rsidR="00604FDF">
        <w:rPr>
          <w:rFonts w:hint="eastAsia"/>
          <w:lang w:eastAsia="ja-JP"/>
        </w:rPr>
        <w:t>・</w:t>
      </w:r>
      <w:r>
        <w:rPr>
          <w:rFonts w:hint="eastAsia"/>
          <w:lang w:eastAsia="ja-JP"/>
        </w:rPr>
        <w:t>屋内のため、排ガスが発生する機械の持ち込みはできません。</w:t>
      </w:r>
    </w:p>
    <w:p w14:paraId="62125255" w14:textId="459F7BD7" w:rsidR="00EC707F" w:rsidRDefault="00EC707F" w:rsidP="009305C8">
      <w:pPr>
        <w:spacing w:after="0" w:line="240" w:lineRule="exact"/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 w:rsidR="00604FDF">
        <w:rPr>
          <w:rFonts w:hint="eastAsia"/>
          <w:lang w:eastAsia="ja-JP"/>
        </w:rPr>
        <w:t>・</w:t>
      </w:r>
      <w:r>
        <w:rPr>
          <w:rFonts w:hint="eastAsia"/>
          <w:lang w:eastAsia="ja-JP"/>
        </w:rPr>
        <w:t>同時に</w:t>
      </w:r>
      <w:r w:rsidR="00CA374C" w:rsidRPr="00C96942">
        <w:rPr>
          <w:rFonts w:hint="eastAsia"/>
          <w:lang w:eastAsia="ja-JP"/>
        </w:rPr>
        <w:t>講演</w:t>
      </w:r>
      <w:r w:rsidR="00FE23FA">
        <w:rPr>
          <w:rFonts w:hint="eastAsia"/>
          <w:lang w:eastAsia="ja-JP"/>
        </w:rPr>
        <w:t>等</w:t>
      </w:r>
      <w:r>
        <w:rPr>
          <w:rFonts w:hint="eastAsia"/>
          <w:lang w:eastAsia="ja-JP"/>
        </w:rPr>
        <w:t>を</w:t>
      </w:r>
      <w:r w:rsidR="00FE23FA">
        <w:rPr>
          <w:rFonts w:hint="eastAsia"/>
          <w:lang w:eastAsia="ja-JP"/>
        </w:rPr>
        <w:t>ホールで</w:t>
      </w:r>
      <w:r>
        <w:rPr>
          <w:rFonts w:hint="eastAsia"/>
          <w:lang w:eastAsia="ja-JP"/>
        </w:rPr>
        <w:t>行っているため、</w:t>
      </w:r>
      <w:r w:rsidR="00CA374C">
        <w:rPr>
          <w:rFonts w:hint="eastAsia"/>
          <w:lang w:eastAsia="ja-JP"/>
        </w:rPr>
        <w:t>音声の発生はお控えください</w:t>
      </w:r>
      <w:r>
        <w:rPr>
          <w:rFonts w:hint="eastAsia"/>
          <w:lang w:eastAsia="ja-JP"/>
        </w:rPr>
        <w:t>。</w:t>
      </w:r>
    </w:p>
    <w:p w14:paraId="61453DA2" w14:textId="09FCADFC" w:rsidR="00604FDF" w:rsidRDefault="00604FDF" w:rsidP="009305C8">
      <w:pPr>
        <w:spacing w:after="0" w:line="240" w:lineRule="exact"/>
        <w:rPr>
          <w:lang w:eastAsia="ja-JP"/>
        </w:rPr>
      </w:pPr>
      <w:r>
        <w:rPr>
          <w:rFonts w:hint="eastAsia"/>
          <w:lang w:eastAsia="ja-JP"/>
        </w:rPr>
        <w:t xml:space="preserve">　・会場スペースに限りがあるため、申込多数の場合は出展をお断りする場合があります。</w:t>
      </w:r>
    </w:p>
    <w:tbl>
      <w:tblPr>
        <w:tblStyle w:val="18"/>
        <w:tblpPr w:leftFromText="142" w:rightFromText="142" w:vertAnchor="text" w:horzAnchor="page" w:tblpX="3575" w:tblpY="143"/>
        <w:tblW w:w="0" w:type="auto"/>
        <w:tblLook w:val="04A0" w:firstRow="1" w:lastRow="0" w:firstColumn="1" w:lastColumn="0" w:noHBand="0" w:noVBand="1"/>
      </w:tblPr>
      <w:tblGrid>
        <w:gridCol w:w="6238"/>
      </w:tblGrid>
      <w:tr w:rsidR="00896F6F" w:rsidRPr="00E861E4" w14:paraId="410551A3" w14:textId="77777777" w:rsidTr="00896F6F"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14:paraId="6FCDB0D2" w14:textId="25E09F59" w:rsidR="00896F6F" w:rsidRPr="00E861E4" w:rsidRDefault="00896F6F" w:rsidP="00896F6F">
            <w:pPr>
              <w:overflowPunct w:val="0"/>
              <w:textAlignment w:val="baseline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新潟県農地部農地整備課</w:t>
            </w:r>
          </w:p>
        </w:tc>
      </w:tr>
      <w:tr w:rsidR="00896F6F" w:rsidRPr="00E861E4" w14:paraId="6B5C34E4" w14:textId="77777777" w:rsidTr="00896F6F"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14:paraId="0419C30B" w14:textId="3CA5178C" w:rsidR="00896F6F" w:rsidRPr="00E861E4" w:rsidRDefault="00896F6F" w:rsidP="00896F6F">
            <w:pPr>
              <w:overflowPunct w:val="0"/>
              <w:textAlignment w:val="baseline"/>
              <w:rPr>
                <w:rFonts w:asciiTheme="minorEastAsia" w:hAnsiTheme="minorEastAsia"/>
                <w:sz w:val="22"/>
              </w:rPr>
            </w:pPr>
            <w:r w:rsidRPr="00E861E4">
              <w:rPr>
                <w:rFonts w:asciiTheme="minorEastAsia" w:hAnsiTheme="minorEastAsia" w:hint="eastAsia"/>
                <w:sz w:val="22"/>
              </w:rPr>
              <w:t>担当：</w:t>
            </w:r>
            <w:r>
              <w:rPr>
                <w:rFonts w:asciiTheme="minorEastAsia" w:hAnsiTheme="minorEastAsia" w:hint="eastAsia"/>
                <w:sz w:val="22"/>
              </w:rPr>
              <w:t>高野</w:t>
            </w:r>
            <w:r w:rsidR="00667138">
              <w:rPr>
                <w:rFonts w:asciiTheme="minorEastAsia" w:hAnsiTheme="minorEastAsia" w:hint="eastAsia"/>
                <w:sz w:val="22"/>
              </w:rPr>
              <w:t>、水本</w:t>
            </w:r>
          </w:p>
        </w:tc>
      </w:tr>
      <w:tr w:rsidR="00896F6F" w:rsidRPr="00E861E4" w14:paraId="572D11CC" w14:textId="77777777" w:rsidTr="00896F6F"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14:paraId="22815881" w14:textId="4DFE5B71" w:rsidR="00896F6F" w:rsidRPr="005F7430" w:rsidRDefault="00896F6F" w:rsidP="00896F6F">
            <w:r>
              <w:rPr>
                <w:rFonts w:hint="eastAsia"/>
              </w:rPr>
              <w:t>住所：〒</w:t>
            </w:r>
            <w:r>
              <w:rPr>
                <w:rFonts w:hint="eastAsia"/>
              </w:rPr>
              <w:t>950-8570</w:t>
            </w:r>
            <w:r>
              <w:rPr>
                <w:rFonts w:hint="eastAsia"/>
              </w:rPr>
              <w:t xml:space="preserve">　新潟県新潟市中央区新光町</w:t>
            </w:r>
            <w:r>
              <w:rPr>
                <w:rFonts w:hint="eastAsia"/>
              </w:rPr>
              <w:t>4-1</w:t>
            </w:r>
            <w:r>
              <w:rPr>
                <w:rFonts w:hint="eastAsia"/>
              </w:rPr>
              <w:t xml:space="preserve">　</w:t>
            </w:r>
          </w:p>
        </w:tc>
      </w:tr>
      <w:tr w:rsidR="00896F6F" w:rsidRPr="00E861E4" w14:paraId="53696CB5" w14:textId="77777777" w:rsidTr="00896F6F"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14:paraId="77109D24" w14:textId="77E57C19" w:rsidR="00896F6F" w:rsidRPr="00E861E4" w:rsidRDefault="00896F6F" w:rsidP="00896F6F">
            <w:pPr>
              <w:overflowPunct w:val="0"/>
              <w:textAlignment w:val="baseline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Mail：</w:t>
            </w:r>
            <w:r w:rsidRPr="00116F4C">
              <w:rPr>
                <w:rFonts w:asciiTheme="minorEastAsia" w:hAnsiTheme="minorEastAsia"/>
                <w:sz w:val="22"/>
              </w:rPr>
              <w:t>ngt070030@pref.niigata.lg.jp</w:t>
            </w:r>
          </w:p>
        </w:tc>
      </w:tr>
    </w:tbl>
    <w:p w14:paraId="3693A6AD" w14:textId="68505776" w:rsidR="00AB2447" w:rsidRDefault="009305C8" w:rsidP="009E3012">
      <w:pPr>
        <w:spacing w:after="0"/>
        <w:rPr>
          <w:lang w:eastAsia="ja-JP"/>
        </w:rPr>
      </w:pPr>
      <w:r>
        <w:rPr>
          <w:rFonts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776B8A" wp14:editId="21662CA7">
                <wp:simplePos x="0" y="0"/>
                <wp:positionH relativeFrom="column">
                  <wp:posOffset>1335405</wp:posOffset>
                </wp:positionH>
                <wp:positionV relativeFrom="paragraph">
                  <wp:posOffset>29210</wp:posOffset>
                </wp:positionV>
                <wp:extent cx="4257675" cy="906145"/>
                <wp:effectExtent l="0" t="0" r="28575" b="27305"/>
                <wp:wrapNone/>
                <wp:docPr id="250120016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90614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D7CA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05.15pt;margin-top:2.3pt;width:335.25pt;height:7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" strokecolor="black [3040]"/>
            </w:pict>
          </mc:Fallback>
        </mc:AlternateContent>
      </w:r>
    </w:p>
    <w:p w14:paraId="7E9CBEAD" w14:textId="33C35C3F" w:rsidR="009533FA" w:rsidRDefault="009533FA" w:rsidP="009E3012">
      <w:pPr>
        <w:spacing w:after="0"/>
        <w:rPr>
          <w:lang w:eastAsia="ja-JP"/>
        </w:rPr>
      </w:pPr>
    </w:p>
    <w:p w14:paraId="7CBAB94C" w14:textId="77777777" w:rsidR="005F7430" w:rsidRPr="005F7430" w:rsidRDefault="005F7430" w:rsidP="005F2350">
      <w:pPr>
        <w:spacing w:after="0"/>
        <w:rPr>
          <w:lang w:eastAsia="ja-JP"/>
        </w:rPr>
      </w:pPr>
    </w:p>
    <w:sectPr w:rsidR="005F7430" w:rsidRPr="005F7430" w:rsidSect="00C13410">
      <w:pgSz w:w="11907" w:h="16840" w:code="9"/>
      <w:pgMar w:top="567" w:right="1134" w:bottom="794" w:left="1134" w:header="720" w:footer="720" w:gutter="0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27E41" w14:textId="77777777" w:rsidR="001353BA" w:rsidRDefault="001353BA" w:rsidP="00283BCB">
      <w:pPr>
        <w:spacing w:after="0" w:line="240" w:lineRule="auto"/>
      </w:pPr>
      <w:r>
        <w:separator/>
      </w:r>
    </w:p>
  </w:endnote>
  <w:endnote w:type="continuationSeparator" w:id="0">
    <w:p w14:paraId="2F750C64" w14:textId="77777777" w:rsidR="001353BA" w:rsidRDefault="001353BA" w:rsidP="00283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5D1D8" w14:textId="77777777" w:rsidR="001353BA" w:rsidRDefault="001353BA" w:rsidP="00283BCB">
      <w:pPr>
        <w:spacing w:after="0" w:line="240" w:lineRule="auto"/>
      </w:pPr>
      <w:r>
        <w:separator/>
      </w:r>
    </w:p>
  </w:footnote>
  <w:footnote w:type="continuationSeparator" w:id="0">
    <w:p w14:paraId="74E66628" w14:textId="77777777" w:rsidR="001353BA" w:rsidRDefault="001353BA" w:rsidP="00283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891602">
    <w:abstractNumId w:val="8"/>
  </w:num>
  <w:num w:numId="2" w16cid:durableId="1015496122">
    <w:abstractNumId w:val="6"/>
  </w:num>
  <w:num w:numId="3" w16cid:durableId="1572422897">
    <w:abstractNumId w:val="5"/>
  </w:num>
  <w:num w:numId="4" w16cid:durableId="147794778">
    <w:abstractNumId w:val="4"/>
  </w:num>
  <w:num w:numId="5" w16cid:durableId="813255794">
    <w:abstractNumId w:val="7"/>
  </w:num>
  <w:num w:numId="6" w16cid:durableId="539703342">
    <w:abstractNumId w:val="3"/>
  </w:num>
  <w:num w:numId="7" w16cid:durableId="760444566">
    <w:abstractNumId w:val="2"/>
  </w:num>
  <w:num w:numId="8" w16cid:durableId="1603300590">
    <w:abstractNumId w:val="1"/>
  </w:num>
  <w:num w:numId="9" w16cid:durableId="104899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720"/>
  <w:drawingGridHorizontalSpacing w:val="110"/>
  <w:drawingGridVerticalSpacing w:val="17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E3A"/>
    <w:rsid w:val="000C1574"/>
    <w:rsid w:val="000E545F"/>
    <w:rsid w:val="00116F4C"/>
    <w:rsid w:val="001353BA"/>
    <w:rsid w:val="0015074B"/>
    <w:rsid w:val="00162732"/>
    <w:rsid w:val="001C2456"/>
    <w:rsid w:val="001E455B"/>
    <w:rsid w:val="001E4E30"/>
    <w:rsid w:val="0022506C"/>
    <w:rsid w:val="002431E7"/>
    <w:rsid w:val="00283BCB"/>
    <w:rsid w:val="0029639D"/>
    <w:rsid w:val="002B7EBB"/>
    <w:rsid w:val="002E3863"/>
    <w:rsid w:val="00321E14"/>
    <w:rsid w:val="00326F90"/>
    <w:rsid w:val="003600C9"/>
    <w:rsid w:val="003B0A73"/>
    <w:rsid w:val="003C61C9"/>
    <w:rsid w:val="004000B3"/>
    <w:rsid w:val="0045483A"/>
    <w:rsid w:val="00476FAB"/>
    <w:rsid w:val="004B2857"/>
    <w:rsid w:val="004E0D34"/>
    <w:rsid w:val="004F2263"/>
    <w:rsid w:val="004F441A"/>
    <w:rsid w:val="00503EAA"/>
    <w:rsid w:val="0053673C"/>
    <w:rsid w:val="005502A6"/>
    <w:rsid w:val="005C5447"/>
    <w:rsid w:val="005E0B50"/>
    <w:rsid w:val="005F2350"/>
    <w:rsid w:val="005F7430"/>
    <w:rsid w:val="00604FDF"/>
    <w:rsid w:val="00667138"/>
    <w:rsid w:val="006D21BC"/>
    <w:rsid w:val="006D255C"/>
    <w:rsid w:val="007B1D2B"/>
    <w:rsid w:val="007E6BB6"/>
    <w:rsid w:val="008123A7"/>
    <w:rsid w:val="00865D72"/>
    <w:rsid w:val="00896F6F"/>
    <w:rsid w:val="009305C8"/>
    <w:rsid w:val="00935FD9"/>
    <w:rsid w:val="00942FFD"/>
    <w:rsid w:val="009533FA"/>
    <w:rsid w:val="0099642B"/>
    <w:rsid w:val="009B29E5"/>
    <w:rsid w:val="009D3C10"/>
    <w:rsid w:val="009E3012"/>
    <w:rsid w:val="009F2277"/>
    <w:rsid w:val="00A22985"/>
    <w:rsid w:val="00A25BE3"/>
    <w:rsid w:val="00AA1D8D"/>
    <w:rsid w:val="00AB2447"/>
    <w:rsid w:val="00AC5730"/>
    <w:rsid w:val="00B044DE"/>
    <w:rsid w:val="00B47730"/>
    <w:rsid w:val="00C06A6F"/>
    <w:rsid w:val="00C11B4A"/>
    <w:rsid w:val="00C12D17"/>
    <w:rsid w:val="00C13410"/>
    <w:rsid w:val="00C35370"/>
    <w:rsid w:val="00C45704"/>
    <w:rsid w:val="00C82CBF"/>
    <w:rsid w:val="00C96942"/>
    <w:rsid w:val="00CA374C"/>
    <w:rsid w:val="00CB0664"/>
    <w:rsid w:val="00CD5D4A"/>
    <w:rsid w:val="00D50390"/>
    <w:rsid w:val="00EB7AAC"/>
    <w:rsid w:val="00EC707F"/>
    <w:rsid w:val="00EE5CD7"/>
    <w:rsid w:val="00F01EDC"/>
    <w:rsid w:val="00FB32F9"/>
    <w:rsid w:val="00FC693F"/>
    <w:rsid w:val="00FE23FA"/>
    <w:rsid w:val="02A630CE"/>
    <w:rsid w:val="08A9B542"/>
    <w:rsid w:val="096A27C8"/>
    <w:rsid w:val="0B1AFEE7"/>
    <w:rsid w:val="0C951677"/>
    <w:rsid w:val="0EB76AAE"/>
    <w:rsid w:val="110F2D84"/>
    <w:rsid w:val="12FBB8B1"/>
    <w:rsid w:val="1C9C0C5C"/>
    <w:rsid w:val="1E0177A6"/>
    <w:rsid w:val="231295C7"/>
    <w:rsid w:val="25E609A2"/>
    <w:rsid w:val="2AE77C73"/>
    <w:rsid w:val="2F673AF8"/>
    <w:rsid w:val="3D528F43"/>
    <w:rsid w:val="416167DF"/>
    <w:rsid w:val="4635A6E8"/>
    <w:rsid w:val="46C1CC7A"/>
    <w:rsid w:val="4C602E51"/>
    <w:rsid w:val="54AABECC"/>
    <w:rsid w:val="54C021D3"/>
    <w:rsid w:val="590A0F7D"/>
    <w:rsid w:val="62F5F9A7"/>
    <w:rsid w:val="7013A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AEEB20"/>
  <w14:defaultImageDpi w14:val="330"/>
  <w15:docId w15:val="{9BB11F74-C3D2-459B-AA58-D4AE6CCD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5F7430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5F7430"/>
    <w:rPr>
      <w:color w:val="605E5C"/>
      <w:shd w:val="clear" w:color="auto" w:fill="E1DFDD"/>
    </w:rPr>
  </w:style>
  <w:style w:type="table" w:customStyle="1" w:styleId="18">
    <w:name w:val="表 (格子)1"/>
    <w:basedOn w:val="a3"/>
    <w:next w:val="afe"/>
    <w:uiPriority w:val="59"/>
    <w:rsid w:val="005F743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新潟県</cp:lastModifiedBy>
  <cp:revision>10</cp:revision>
  <cp:lastPrinted>2026-11-05T00:45:00Z</cp:lastPrinted>
  <dcterms:created xsi:type="dcterms:W3CDTF">2025-12-19T08:12:00Z</dcterms:created>
  <dcterms:modified xsi:type="dcterms:W3CDTF">2026-11-05T00:49:00Z</dcterms:modified>
  <cp:category/>
</cp:coreProperties>
</file>